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1CEAC" w14:textId="419BC814" w:rsidR="00057101" w:rsidRPr="00AF6352" w:rsidRDefault="00322D71">
      <w:pPr>
        <w:spacing w:after="20"/>
        <w:jc w:val="center"/>
        <w:rPr>
          <w:rFonts w:ascii="Arial" w:hAnsi="Arial" w:cs="Arial"/>
          <w:color w:val="000000" w:themeColor="text1"/>
        </w:rPr>
      </w:pPr>
      <w:r w:rsidRPr="00AF6352"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 wp14:anchorId="5AFCA4D0" wp14:editId="3C100326">
            <wp:simplePos x="0" y="0"/>
            <wp:positionH relativeFrom="column">
              <wp:posOffset>290830</wp:posOffset>
            </wp:positionH>
            <wp:positionV relativeFrom="paragraph">
              <wp:posOffset>-222885</wp:posOffset>
            </wp:positionV>
            <wp:extent cx="584200" cy="903006"/>
            <wp:effectExtent l="0" t="0" r="6350" b="0"/>
            <wp:wrapNone/>
            <wp:docPr id="134132489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90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A54" w:rsidRPr="00AF6352">
        <w:rPr>
          <w:rFonts w:ascii="Arial" w:hAnsi="Arial" w:cs="Arial"/>
          <w:noProof/>
        </w:rPr>
        <w:drawing>
          <wp:anchor distT="0" distB="0" distL="114300" distR="114300" simplePos="0" relativeHeight="251653120" behindDoc="0" locked="0" layoutInCell="1" allowOverlap="1" wp14:anchorId="7A3D1D27" wp14:editId="3E3F64E2">
            <wp:simplePos x="0" y="0"/>
            <wp:positionH relativeFrom="column">
              <wp:posOffset>5796280</wp:posOffset>
            </wp:positionH>
            <wp:positionV relativeFrom="paragraph">
              <wp:posOffset>-241935</wp:posOffset>
            </wp:positionV>
            <wp:extent cx="665480" cy="726995"/>
            <wp:effectExtent l="0" t="0" r="1270" b="0"/>
            <wp:wrapNone/>
            <wp:docPr id="699198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6352">
        <w:rPr>
          <w:rFonts w:ascii="Arial" w:hAnsi="Arial" w:cs="Arial"/>
          <w:b/>
          <w:color w:val="000000" w:themeColor="text1"/>
          <w:sz w:val="24"/>
        </w:rPr>
        <w:t>INSTITUTO POLITÉCNICO NACIONAL</w:t>
      </w:r>
    </w:p>
    <w:p w14:paraId="26925FB2" w14:textId="3BD4B018" w:rsidR="00057101" w:rsidRPr="00AF6352" w:rsidRDefault="00000000">
      <w:pPr>
        <w:spacing w:after="20"/>
        <w:jc w:val="center"/>
        <w:rPr>
          <w:rFonts w:ascii="Arial" w:hAnsi="Arial" w:cs="Arial"/>
          <w:color w:val="000000" w:themeColor="text1"/>
          <w:sz w:val="20"/>
          <w:szCs w:val="28"/>
        </w:rPr>
      </w:pPr>
      <w:r w:rsidRPr="00AF6352">
        <w:rPr>
          <w:rFonts w:ascii="Arial" w:hAnsi="Arial" w:cs="Arial"/>
          <w:b/>
          <w:color w:val="000000" w:themeColor="text1"/>
          <w:sz w:val="22"/>
          <w:szCs w:val="28"/>
        </w:rPr>
        <w:t>CENTRO DE DESARROLLO DE PRODUCTOS BIÓTICOS</w:t>
      </w:r>
    </w:p>
    <w:p w14:paraId="586E06E1" w14:textId="1266EC02" w:rsidR="00057101" w:rsidRPr="00AF6352" w:rsidRDefault="00000000">
      <w:pPr>
        <w:jc w:val="center"/>
        <w:rPr>
          <w:rFonts w:ascii="Arial" w:hAnsi="Arial" w:cs="Arial"/>
          <w:color w:val="000000" w:themeColor="text1"/>
        </w:rPr>
      </w:pPr>
      <w:r w:rsidRPr="00AF6352">
        <w:rPr>
          <w:rFonts w:ascii="Arial" w:hAnsi="Arial" w:cs="Arial"/>
          <w:b/>
          <w:color w:val="000000" w:themeColor="text1"/>
          <w:sz w:val="22"/>
        </w:rPr>
        <w:t>FORMATO DE REGISTRO PARA ESTUDIANTES EXTERNOS AL CEPROBI</w:t>
      </w:r>
    </w:p>
    <w:p w14:paraId="100AD011" w14:textId="5775CAFB" w:rsidR="00057101" w:rsidRPr="00AF6352" w:rsidRDefault="00000000">
      <w:pPr>
        <w:spacing w:after="100"/>
        <w:jc w:val="right"/>
        <w:rPr>
          <w:rFonts w:ascii="Arial" w:hAnsi="Arial" w:cs="Arial"/>
          <w:color w:val="000000" w:themeColor="text1"/>
        </w:rPr>
      </w:pPr>
      <w:r w:rsidRPr="00AF6352">
        <w:rPr>
          <w:rFonts w:ascii="Arial" w:hAnsi="Arial" w:cs="Arial"/>
          <w:b/>
          <w:color w:val="000000" w:themeColor="text1"/>
          <w:sz w:val="16"/>
        </w:rPr>
        <w:t>CEPROBI-UPIS-01-v2026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75A43C05" w14:textId="77777777">
        <w:trPr>
          <w:jc w:val="center"/>
        </w:trPr>
        <w:tc>
          <w:tcPr>
            <w:tcW w:w="10656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DCC5FD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b/>
                <w:color w:val="FFFFFF"/>
                <w:sz w:val="20"/>
                <w:szCs w:val="24"/>
              </w:rPr>
              <w:t>1. DATOS DEL ESTUDIANTE</w:t>
            </w:r>
          </w:p>
        </w:tc>
      </w:tr>
    </w:tbl>
    <w:p w14:paraId="389F861A" w14:textId="3C42DDD9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1E798071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CC66C" w14:textId="2A1CF976" w:rsidR="00057101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Institución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educativa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procedencia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___________________________________________</w:t>
            </w:r>
            <w:r w:rsidR="00CA2612" w:rsidRPr="00AF6352">
              <w:rPr>
                <w:rFonts w:ascii="Arial" w:hAnsi="Arial" w:cs="Arial"/>
                <w:sz w:val="20"/>
                <w:szCs w:val="28"/>
              </w:rPr>
              <w:t>______________</w:t>
            </w:r>
            <w:r w:rsidRPr="00AF6352">
              <w:rPr>
                <w:rFonts w:ascii="Arial" w:hAnsi="Arial" w:cs="Arial"/>
                <w:sz w:val="20"/>
                <w:szCs w:val="28"/>
              </w:rPr>
              <w:t>____</w:t>
            </w:r>
            <w:r w:rsidR="00F559F9">
              <w:rPr>
                <w:rFonts w:ascii="Arial" w:hAnsi="Arial" w:cs="Arial"/>
                <w:sz w:val="20"/>
                <w:szCs w:val="28"/>
              </w:rPr>
              <w:t>_</w:t>
            </w:r>
          </w:p>
          <w:p w14:paraId="5AE857B4" w14:textId="4A4D1F9B" w:rsidR="00F559F9" w:rsidRPr="00AF6352" w:rsidRDefault="00F559F9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057101" w:rsidRPr="00AF6352" w14:paraId="7B692BA0" w14:textId="77777777">
        <w:trPr>
          <w:jc w:val="center"/>
        </w:trPr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57AFA" w14:textId="0E62A5A2" w:rsidR="00CA2612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>Carrera/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Especialidad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/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Programa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Posgrado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(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según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sea el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caso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): __________________</w:t>
            </w:r>
            <w:r w:rsidR="00CA2612" w:rsidRPr="00AF6352">
              <w:rPr>
                <w:rFonts w:ascii="Arial" w:hAnsi="Arial" w:cs="Arial"/>
                <w:sz w:val="20"/>
                <w:szCs w:val="28"/>
              </w:rPr>
              <w:t>_______________________________</w:t>
            </w:r>
            <w:r w:rsidR="00AF6352" w:rsidRPr="00AF6352">
              <w:rPr>
                <w:rFonts w:ascii="Arial" w:hAnsi="Arial" w:cs="Arial"/>
                <w:sz w:val="20"/>
                <w:szCs w:val="28"/>
              </w:rPr>
              <w:t>________________________________</w:t>
            </w:r>
            <w:r w:rsidR="00CA2612" w:rsidRPr="00AF6352">
              <w:rPr>
                <w:rFonts w:ascii="Arial" w:hAnsi="Arial" w:cs="Arial"/>
                <w:sz w:val="20"/>
                <w:szCs w:val="28"/>
              </w:rPr>
              <w:t>______</w:t>
            </w:r>
            <w:r w:rsidRPr="00AF6352">
              <w:rPr>
                <w:rFonts w:ascii="Arial" w:hAnsi="Arial" w:cs="Arial"/>
                <w:sz w:val="20"/>
                <w:szCs w:val="28"/>
              </w:rPr>
              <w:t>_____</w:t>
            </w:r>
          </w:p>
          <w:p w14:paraId="36411FAE" w14:textId="1DD11550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gramStart"/>
            <w:r w:rsidRPr="00AF6352">
              <w:rPr>
                <w:rFonts w:ascii="Arial" w:hAnsi="Arial" w:cs="Arial"/>
                <w:sz w:val="20"/>
                <w:szCs w:val="28"/>
              </w:rPr>
              <w:t>Nombre:_</w:t>
            </w:r>
            <w:proofErr w:type="gramEnd"/>
            <w:r w:rsidRPr="00AF6352">
              <w:rPr>
                <w:rFonts w:ascii="Arial" w:hAnsi="Arial" w:cs="Arial"/>
                <w:sz w:val="20"/>
                <w:szCs w:val="28"/>
              </w:rPr>
              <w:t>________________________</w:t>
            </w:r>
            <w:r w:rsidR="00CA2612" w:rsidRPr="00AF6352">
              <w:rPr>
                <w:rFonts w:ascii="Arial" w:hAnsi="Arial" w:cs="Arial"/>
                <w:sz w:val="20"/>
                <w:szCs w:val="28"/>
              </w:rPr>
              <w:t>_____________________________________________________________</w:t>
            </w:r>
          </w:p>
        </w:tc>
      </w:tr>
      <w:tr w:rsidR="00057101" w:rsidRPr="00AF6352" w14:paraId="145D789C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E0C9F" w14:textId="32EFA962" w:rsidR="00057101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Matrícula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/control/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expediente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(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según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sea el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caso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): _____________________</w:t>
            </w:r>
            <w:r w:rsidR="00AF6352">
              <w:rPr>
                <w:rFonts w:ascii="Arial" w:hAnsi="Arial" w:cs="Arial"/>
                <w:sz w:val="20"/>
                <w:szCs w:val="28"/>
              </w:rPr>
              <w:t>________________</w:t>
            </w:r>
            <w:r w:rsidRPr="00AF6352">
              <w:rPr>
                <w:rFonts w:ascii="Arial" w:hAnsi="Arial" w:cs="Arial"/>
                <w:sz w:val="20"/>
                <w:szCs w:val="28"/>
              </w:rPr>
              <w:t>__</w:t>
            </w:r>
            <w:r w:rsidR="00AF6352">
              <w:rPr>
                <w:rFonts w:ascii="Arial" w:hAnsi="Arial" w:cs="Arial"/>
                <w:sz w:val="20"/>
                <w:szCs w:val="28"/>
              </w:rPr>
              <w:t>______________</w:t>
            </w:r>
          </w:p>
          <w:p w14:paraId="0CBB9C07" w14:textId="5D69D5A2" w:rsidR="00AF6352" w:rsidRPr="00AF6352" w:rsidRDefault="00AF6352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057101" w:rsidRPr="00AF6352" w14:paraId="5ADE8B6E" w14:textId="77777777">
        <w:trPr>
          <w:jc w:val="center"/>
        </w:trPr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8B7C3" w14:textId="7E8012B2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Celular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__________________________________</w:t>
            </w:r>
            <w:r w:rsidR="00AF6352"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AF6352" w:rsidRPr="00AF6352">
              <w:rPr>
                <w:rFonts w:ascii="Arial" w:hAnsi="Arial" w:cs="Arial"/>
                <w:sz w:val="20"/>
                <w:szCs w:val="28"/>
              </w:rPr>
              <w:t xml:space="preserve">Correo </w:t>
            </w:r>
            <w:proofErr w:type="spellStart"/>
            <w:r w:rsidR="00AF6352" w:rsidRPr="00AF6352">
              <w:rPr>
                <w:rFonts w:ascii="Arial" w:hAnsi="Arial" w:cs="Arial"/>
                <w:sz w:val="20"/>
                <w:szCs w:val="28"/>
              </w:rPr>
              <w:t>electrónico</w:t>
            </w:r>
            <w:proofErr w:type="spellEnd"/>
            <w:r w:rsidR="00AF6352">
              <w:rPr>
                <w:rFonts w:ascii="Arial" w:hAnsi="Arial" w:cs="Arial"/>
                <w:sz w:val="20"/>
                <w:szCs w:val="28"/>
              </w:rPr>
              <w:t>_____________________________________</w:t>
            </w:r>
          </w:p>
        </w:tc>
      </w:tr>
    </w:tbl>
    <w:p w14:paraId="2697E1C4" w14:textId="292A2C87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06AE89EB" w14:textId="77777777">
        <w:trPr>
          <w:jc w:val="center"/>
        </w:trPr>
        <w:tc>
          <w:tcPr>
            <w:tcW w:w="10656" w:type="dxa"/>
            <w:shd w:val="clear" w:color="auto" w:fill="F4E6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CD7C6" w14:textId="77266ADE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b/>
                <w:color w:val="000000" w:themeColor="text1"/>
                <w:sz w:val="20"/>
                <w:szCs w:val="28"/>
              </w:rPr>
              <w:t>Actividad</w:t>
            </w:r>
            <w:proofErr w:type="spellEnd"/>
            <w:r w:rsidRPr="00AF6352">
              <w:rPr>
                <w:rFonts w:ascii="Arial" w:hAnsi="Arial" w:cs="Arial"/>
                <w:b/>
                <w:color w:val="000000" w:themeColor="text1"/>
                <w:sz w:val="20"/>
                <w:szCs w:val="28"/>
              </w:rPr>
              <w:t xml:space="preserve"> (marque la </w:t>
            </w:r>
            <w:proofErr w:type="spellStart"/>
            <w:r w:rsidRPr="00AF6352">
              <w:rPr>
                <w:rFonts w:ascii="Arial" w:hAnsi="Arial" w:cs="Arial"/>
                <w:b/>
                <w:color w:val="000000" w:themeColor="text1"/>
                <w:sz w:val="20"/>
                <w:szCs w:val="28"/>
              </w:rPr>
              <w:t>que</w:t>
            </w:r>
            <w:proofErr w:type="spellEnd"/>
            <w:r w:rsidRPr="00AF6352">
              <w:rPr>
                <w:rFonts w:ascii="Arial" w:hAnsi="Arial" w:cs="Arial"/>
                <w:b/>
                <w:color w:val="000000" w:themeColor="text1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b/>
                <w:color w:val="000000" w:themeColor="text1"/>
                <w:sz w:val="20"/>
                <w:szCs w:val="28"/>
              </w:rPr>
              <w:t>corresponda</w:t>
            </w:r>
            <w:proofErr w:type="spellEnd"/>
            <w:r w:rsidRPr="00AF6352">
              <w:rPr>
                <w:rFonts w:ascii="Arial" w:hAnsi="Arial" w:cs="Arial"/>
                <w:b/>
                <w:color w:val="000000" w:themeColor="text1"/>
                <w:sz w:val="20"/>
                <w:szCs w:val="28"/>
              </w:rPr>
              <w:t>)</w:t>
            </w:r>
          </w:p>
        </w:tc>
      </w:tr>
    </w:tbl>
    <w:p w14:paraId="70EDBEAE" w14:textId="61F1723E" w:rsidR="00057101" w:rsidRPr="00AF6352" w:rsidRDefault="00000000">
      <w:pPr>
        <w:spacing w:before="40" w:after="80"/>
        <w:rPr>
          <w:rFonts w:ascii="Arial" w:hAnsi="Arial" w:cs="Arial"/>
          <w:sz w:val="20"/>
          <w:szCs w:val="28"/>
        </w:rPr>
      </w:pP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Tesis  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AF6352">
        <w:rPr>
          <w:rFonts w:ascii="Arial" w:hAnsi="Arial" w:cs="Arial"/>
          <w:sz w:val="20"/>
          <w:szCs w:val="28"/>
        </w:rPr>
        <w:t>Prácticas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AF6352">
        <w:rPr>
          <w:rFonts w:ascii="Arial" w:hAnsi="Arial" w:cs="Arial"/>
          <w:sz w:val="20"/>
          <w:szCs w:val="28"/>
        </w:rPr>
        <w:t>profesionales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  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Servicio Social  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AF6352">
        <w:rPr>
          <w:rFonts w:ascii="Arial" w:hAnsi="Arial" w:cs="Arial"/>
          <w:sz w:val="20"/>
          <w:szCs w:val="28"/>
        </w:rPr>
        <w:t>Estadía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  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Estancia de </w:t>
      </w:r>
      <w:proofErr w:type="spellStart"/>
      <w:r w:rsidRPr="00AF6352">
        <w:rPr>
          <w:rFonts w:ascii="Arial" w:hAnsi="Arial" w:cs="Arial"/>
          <w:sz w:val="20"/>
          <w:szCs w:val="28"/>
        </w:rPr>
        <w:t>investigación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  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AF6352">
        <w:rPr>
          <w:rFonts w:ascii="Arial" w:hAnsi="Arial" w:cs="Arial"/>
          <w:sz w:val="20"/>
          <w:szCs w:val="28"/>
        </w:rPr>
        <w:t>Otro</w:t>
      </w:r>
      <w:proofErr w:type="spellEnd"/>
      <w:r w:rsidRPr="00AF6352">
        <w:rPr>
          <w:rFonts w:ascii="Arial" w:hAnsi="Arial" w:cs="Arial"/>
          <w:sz w:val="20"/>
          <w:szCs w:val="28"/>
        </w:rPr>
        <w:t>: ____</w:t>
      </w:r>
      <w:r w:rsidR="00AF6352">
        <w:rPr>
          <w:rFonts w:ascii="Arial" w:hAnsi="Arial" w:cs="Arial"/>
          <w:sz w:val="20"/>
          <w:szCs w:val="28"/>
        </w:rPr>
        <w:t>_</w:t>
      </w: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35A3B99B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B90FE5" w14:textId="313C5A0A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Fecha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inicio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: ____ / ____ / ________    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Fecha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terminación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 / ____ / ________</w:t>
            </w:r>
          </w:p>
        </w:tc>
      </w:tr>
      <w:tr w:rsidR="00057101" w:rsidRPr="00AF6352" w14:paraId="542AA0CA" w14:textId="77777777">
        <w:trPr>
          <w:jc w:val="center"/>
        </w:trPr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43B0F" w14:textId="5C008ACF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Horario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_____________________________________________________________________________________</w:t>
            </w:r>
          </w:p>
        </w:tc>
      </w:tr>
      <w:tr w:rsidR="00057101" w:rsidRPr="00AF6352" w14:paraId="4EFF7339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74645" w14:textId="77777777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>(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Considerar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únicamente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días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hábiles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; no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acceso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en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fines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semana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,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asueto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y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periodo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vacacional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).</w:t>
            </w:r>
          </w:p>
        </w:tc>
      </w:tr>
      <w:tr w:rsidR="00057101" w:rsidRPr="00AF6352" w14:paraId="099689C8" w14:textId="77777777">
        <w:trPr>
          <w:jc w:val="center"/>
        </w:trPr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4275A" w14:textId="2A8A41AC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 xml:space="preserve">Nombre del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trabajo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/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proyecto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(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ejemplo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: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Evaluación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de…): ______________________________________________</w:t>
            </w:r>
          </w:p>
        </w:tc>
      </w:tr>
      <w:tr w:rsidR="00057101" w:rsidRPr="00AF6352" w14:paraId="2F1AE66A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06837" w14:textId="737C580F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>¿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Cuenta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con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servicio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médico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?   </w:t>
            </w:r>
            <w:r w:rsidRPr="00AF6352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Sí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  </w:t>
            </w:r>
            <w:r w:rsidRPr="00AF6352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AF6352">
              <w:rPr>
                <w:rFonts w:ascii="Arial" w:hAnsi="Arial" w:cs="Arial"/>
                <w:sz w:val="20"/>
                <w:szCs w:val="28"/>
              </w:rPr>
              <w:t xml:space="preserve"> No    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Institución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médica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/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Núm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.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seguro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____________________________________</w:t>
            </w:r>
          </w:p>
        </w:tc>
      </w:tr>
    </w:tbl>
    <w:p w14:paraId="360641A8" w14:textId="16A38A54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2327A670" w14:textId="77777777">
        <w:trPr>
          <w:jc w:val="center"/>
        </w:trPr>
        <w:tc>
          <w:tcPr>
            <w:tcW w:w="10656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19902" w14:textId="6E9CFDB8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b/>
                <w:color w:val="FFFFFF"/>
                <w:sz w:val="20"/>
                <w:szCs w:val="24"/>
              </w:rPr>
              <w:t>2. DATOS DEL RESPONSABLE</w:t>
            </w:r>
          </w:p>
        </w:tc>
      </w:tr>
    </w:tbl>
    <w:p w14:paraId="4328DFD1" w14:textId="4D723FAA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52EFD440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EF629" w14:textId="18D5CBE4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>Nombre: _____________________________________________________________________________________</w:t>
            </w:r>
          </w:p>
          <w:p w14:paraId="121F398F" w14:textId="6149F9A0" w:rsidR="00AF6352" w:rsidRPr="00AF6352" w:rsidRDefault="00AF6352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</w:p>
        </w:tc>
      </w:tr>
    </w:tbl>
    <w:p w14:paraId="55AE8905" w14:textId="5C959D69" w:rsidR="00057101" w:rsidRPr="00AF6352" w:rsidRDefault="00057101">
      <w:pPr>
        <w:spacing w:after="0"/>
        <w:rPr>
          <w:rFonts w:ascii="Arial" w:hAnsi="Arial" w:cs="Arial"/>
          <w:sz w:val="20"/>
          <w:szCs w:val="28"/>
        </w:rPr>
      </w:pPr>
    </w:p>
    <w:p w14:paraId="23CB62A1" w14:textId="7DC72048" w:rsidR="00057101" w:rsidRPr="00AF6352" w:rsidRDefault="00000000">
      <w:pPr>
        <w:spacing w:after="60"/>
        <w:rPr>
          <w:rFonts w:ascii="Arial" w:hAnsi="Arial" w:cs="Arial"/>
          <w:sz w:val="20"/>
          <w:szCs w:val="28"/>
        </w:rPr>
      </w:pPr>
      <w:r w:rsidRPr="00AF6352">
        <w:rPr>
          <w:rFonts w:ascii="Arial" w:hAnsi="Arial" w:cs="Arial"/>
          <w:sz w:val="20"/>
          <w:szCs w:val="28"/>
        </w:rPr>
        <w:t xml:space="preserve">Tipo de </w:t>
      </w:r>
      <w:proofErr w:type="spellStart"/>
      <w:r w:rsidRPr="00AF6352">
        <w:rPr>
          <w:rFonts w:ascii="Arial" w:hAnsi="Arial" w:cs="Arial"/>
          <w:sz w:val="20"/>
          <w:szCs w:val="28"/>
        </w:rPr>
        <w:t>responsable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: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AF6352">
        <w:rPr>
          <w:rFonts w:ascii="Arial" w:hAnsi="Arial" w:cs="Arial"/>
          <w:sz w:val="20"/>
          <w:szCs w:val="28"/>
        </w:rPr>
        <w:t>Docente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 del CEPROBI  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AF6352">
        <w:rPr>
          <w:rFonts w:ascii="Arial" w:hAnsi="Arial" w:cs="Arial"/>
          <w:sz w:val="20"/>
          <w:szCs w:val="28"/>
        </w:rPr>
        <w:t>Investigador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AF6352">
        <w:rPr>
          <w:rFonts w:ascii="Arial" w:hAnsi="Arial" w:cs="Arial"/>
          <w:sz w:val="20"/>
          <w:szCs w:val="28"/>
        </w:rPr>
        <w:t>por</w:t>
      </w:r>
      <w:proofErr w:type="spellEnd"/>
      <w:r w:rsidRPr="00AF6352">
        <w:rPr>
          <w:rFonts w:ascii="Arial" w:hAnsi="Arial" w:cs="Arial"/>
          <w:sz w:val="20"/>
          <w:szCs w:val="28"/>
        </w:rPr>
        <w:t xml:space="preserve"> México     </w:t>
      </w:r>
      <w:r w:rsidRPr="00AF6352">
        <w:rPr>
          <w:rFonts w:ascii="Segoe UI Symbol" w:hAnsi="Segoe UI Symbol" w:cs="Segoe UI Symbol"/>
          <w:sz w:val="20"/>
          <w:szCs w:val="28"/>
        </w:rPr>
        <w:t>☐</w:t>
      </w:r>
      <w:r w:rsidRPr="00AF6352">
        <w:rPr>
          <w:rFonts w:ascii="Arial" w:hAnsi="Arial" w:cs="Arial"/>
          <w:sz w:val="20"/>
          <w:szCs w:val="28"/>
        </w:rPr>
        <w:t xml:space="preserve"> Estancia </w:t>
      </w:r>
      <w:proofErr w:type="spellStart"/>
      <w:r w:rsidRPr="00AF6352">
        <w:rPr>
          <w:rFonts w:ascii="Arial" w:hAnsi="Arial" w:cs="Arial"/>
          <w:sz w:val="20"/>
          <w:szCs w:val="28"/>
        </w:rPr>
        <w:t>posdoctoral</w:t>
      </w:r>
      <w:proofErr w:type="spellEnd"/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514FD2FC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37DD9" w14:textId="51BE60C1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 xml:space="preserve">Vo. Bo. del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asesor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del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proyecto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académico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_____________________________________________________________________________</w:t>
            </w:r>
            <w:r w:rsidR="00CA2612" w:rsidRPr="00AF6352">
              <w:rPr>
                <w:rFonts w:ascii="Arial" w:hAnsi="Arial" w:cs="Arial"/>
                <w:sz w:val="20"/>
                <w:szCs w:val="28"/>
              </w:rPr>
              <w:t>_______</w:t>
            </w:r>
            <w:r w:rsidRPr="00AF6352">
              <w:rPr>
                <w:rFonts w:ascii="Arial" w:hAnsi="Arial" w:cs="Arial"/>
                <w:sz w:val="20"/>
                <w:szCs w:val="28"/>
              </w:rPr>
              <w:t>___</w:t>
            </w:r>
          </w:p>
        </w:tc>
      </w:tr>
      <w:tr w:rsidR="00057101" w:rsidRPr="00AF6352" w14:paraId="74BEC468" w14:textId="77777777">
        <w:trPr>
          <w:jc w:val="center"/>
        </w:trPr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DEFA0" w14:textId="559BE97F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>Laboratorio: _________________________________________     Departamento: ____________________________</w:t>
            </w:r>
          </w:p>
        </w:tc>
      </w:tr>
      <w:tr w:rsidR="00057101" w:rsidRPr="00AF6352" w14:paraId="702B8EE9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1D094" w14:textId="05D16D3C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Programa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posgrado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asociado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_________________________________________</w:t>
            </w:r>
          </w:p>
        </w:tc>
      </w:tr>
    </w:tbl>
    <w:p w14:paraId="521675FB" w14:textId="37105592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72"/>
      </w:tblGrid>
      <w:tr w:rsidR="00057101" w:rsidRPr="00AF6352" w14:paraId="6275AE38" w14:textId="77777777">
        <w:trPr>
          <w:jc w:val="center"/>
        </w:trPr>
        <w:tc>
          <w:tcPr>
            <w:tcW w:w="5328" w:type="dxa"/>
            <w:shd w:val="clear" w:color="auto" w:fill="F4E6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90968" w14:textId="2345B5C4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b/>
                <w:color w:val="800020"/>
                <w:sz w:val="20"/>
                <w:szCs w:val="28"/>
              </w:rPr>
              <w:t>Apoyo</w:t>
            </w:r>
            <w:proofErr w:type="spellEnd"/>
            <w:r w:rsidRPr="00AF6352">
              <w:rPr>
                <w:rFonts w:ascii="Arial" w:hAnsi="Arial" w:cs="Arial"/>
                <w:b/>
                <w:color w:val="800020"/>
                <w:sz w:val="20"/>
                <w:szCs w:val="28"/>
              </w:rPr>
              <w:t xml:space="preserve"> / </w:t>
            </w:r>
            <w:proofErr w:type="spellStart"/>
            <w:r w:rsidRPr="00AF6352">
              <w:rPr>
                <w:rFonts w:ascii="Arial" w:hAnsi="Arial" w:cs="Arial"/>
                <w:b/>
                <w:color w:val="800020"/>
                <w:sz w:val="20"/>
                <w:szCs w:val="28"/>
              </w:rPr>
              <w:t>área</w:t>
            </w:r>
            <w:proofErr w:type="spellEnd"/>
          </w:p>
        </w:tc>
        <w:tc>
          <w:tcPr>
            <w:tcW w:w="5328" w:type="dxa"/>
            <w:gridSpan w:val="2"/>
            <w:shd w:val="clear" w:color="auto" w:fill="F4E6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AAB1D9" w14:textId="77777777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proofErr w:type="spellStart"/>
            <w:r w:rsidRPr="00AF6352">
              <w:rPr>
                <w:rFonts w:ascii="Arial" w:hAnsi="Arial" w:cs="Arial"/>
                <w:b/>
                <w:color w:val="800020"/>
                <w:sz w:val="20"/>
                <w:szCs w:val="28"/>
              </w:rPr>
              <w:t>Apoyo</w:t>
            </w:r>
            <w:proofErr w:type="spellEnd"/>
            <w:r w:rsidRPr="00AF6352">
              <w:rPr>
                <w:rFonts w:ascii="Arial" w:hAnsi="Arial" w:cs="Arial"/>
                <w:b/>
                <w:color w:val="800020"/>
                <w:sz w:val="20"/>
                <w:szCs w:val="28"/>
              </w:rPr>
              <w:t xml:space="preserve"> / </w:t>
            </w:r>
            <w:proofErr w:type="spellStart"/>
            <w:r w:rsidRPr="00AF6352">
              <w:rPr>
                <w:rFonts w:ascii="Arial" w:hAnsi="Arial" w:cs="Arial"/>
                <w:b/>
                <w:color w:val="800020"/>
                <w:sz w:val="20"/>
                <w:szCs w:val="28"/>
              </w:rPr>
              <w:t>área</w:t>
            </w:r>
            <w:proofErr w:type="spellEnd"/>
          </w:p>
        </w:tc>
      </w:tr>
      <w:tr w:rsidR="00057101" w:rsidRPr="00AF6352" w14:paraId="2F7E9CDB" w14:textId="77777777">
        <w:trPr>
          <w:gridAfter w:val="1"/>
          <w:wAfter w:w="72" w:type="dxa"/>
          <w:jc w:val="center"/>
        </w:trPr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972C2" w14:textId="77777777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Apoyo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a la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Investigación</w:t>
            </w:r>
            <w:proofErr w:type="spellEnd"/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46335" w14:textId="77777777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Apoyo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Administrativo</w:t>
            </w:r>
            <w:proofErr w:type="spellEnd"/>
          </w:p>
        </w:tc>
      </w:tr>
      <w:tr w:rsidR="00057101" w:rsidRPr="00AF6352" w14:paraId="7DEA114A" w14:textId="77777777">
        <w:trPr>
          <w:gridAfter w:val="1"/>
          <w:wAfter w:w="72" w:type="dxa"/>
          <w:jc w:val="center"/>
        </w:trPr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444AB" w14:textId="215AE6AE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Apoyo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acciones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sustentabilidad</w:t>
            </w:r>
            <w:proofErr w:type="spellEnd"/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B160E" w14:textId="77777777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AF6352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Otros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(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programas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,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comités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del Centro)</w:t>
            </w:r>
          </w:p>
        </w:tc>
      </w:tr>
    </w:tbl>
    <w:p w14:paraId="17A64DE7" w14:textId="21297A94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501C2F91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760DF" w14:textId="658FE600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3362A5">
              <w:rPr>
                <w:rFonts w:ascii="Arial" w:hAnsi="Arial" w:cs="Arial"/>
                <w:sz w:val="20"/>
                <w:szCs w:val="28"/>
              </w:rPr>
              <w:t xml:space="preserve">Fuente de 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financiamiento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 xml:space="preserve">:   </w:t>
            </w:r>
            <w:r w:rsidRPr="003362A5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3362A5">
              <w:rPr>
                <w:rFonts w:ascii="Arial" w:hAnsi="Arial" w:cs="Arial"/>
                <w:sz w:val="20"/>
                <w:szCs w:val="28"/>
              </w:rPr>
              <w:t xml:space="preserve"> SIP     </w:t>
            </w:r>
            <w:r w:rsidRPr="003362A5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3362A5">
              <w:rPr>
                <w:rFonts w:ascii="Arial" w:hAnsi="Arial" w:cs="Arial"/>
                <w:sz w:val="20"/>
                <w:szCs w:val="28"/>
              </w:rPr>
              <w:t xml:space="preserve"> SECIHTI     </w:t>
            </w:r>
            <w:r w:rsidRPr="003362A5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3362A5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Otro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>: _________________________________________</w:t>
            </w:r>
          </w:p>
        </w:tc>
      </w:tr>
      <w:tr w:rsidR="00057101" w:rsidRPr="00AF6352" w14:paraId="5D1D9467" w14:textId="77777777">
        <w:trPr>
          <w:jc w:val="center"/>
        </w:trPr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2A652" w14:textId="796A742C" w:rsidR="00057101" w:rsidRPr="00AF6352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AF6352">
              <w:rPr>
                <w:rFonts w:ascii="Arial" w:hAnsi="Arial" w:cs="Arial"/>
                <w:sz w:val="20"/>
                <w:szCs w:val="28"/>
              </w:rPr>
              <w:t xml:space="preserve">Clave y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nombre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 xml:space="preserve"> del </w:t>
            </w:r>
            <w:proofErr w:type="spellStart"/>
            <w:r w:rsidRPr="00AF6352">
              <w:rPr>
                <w:rFonts w:ascii="Arial" w:hAnsi="Arial" w:cs="Arial"/>
                <w:sz w:val="20"/>
                <w:szCs w:val="28"/>
              </w:rPr>
              <w:t>proyecto</w:t>
            </w:r>
            <w:proofErr w:type="spellEnd"/>
            <w:r w:rsidRPr="00AF6352">
              <w:rPr>
                <w:rFonts w:ascii="Arial" w:hAnsi="Arial" w:cs="Arial"/>
                <w:sz w:val="20"/>
                <w:szCs w:val="28"/>
              </w:rPr>
              <w:t>: ____________________________________________________________________</w:t>
            </w:r>
          </w:p>
          <w:p w14:paraId="64599E5F" w14:textId="3F5363EB" w:rsidR="00CA2612" w:rsidRPr="00AF6352" w:rsidRDefault="00CA2612" w:rsidP="003362A5">
            <w:pPr>
              <w:spacing w:after="0"/>
              <w:jc w:val="both"/>
              <w:rPr>
                <w:rFonts w:ascii="Arial" w:hAnsi="Arial" w:cs="Arial"/>
                <w:sz w:val="18"/>
                <w:szCs w:val="24"/>
              </w:rPr>
            </w:pPr>
            <w:r w:rsidRPr="003362A5">
              <w:rPr>
                <w:rFonts w:ascii="Arial" w:hAnsi="Arial" w:cs="Arial"/>
                <w:sz w:val="16"/>
              </w:rPr>
              <w:t>(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Únicamente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proyectos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autorizados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y con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registro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de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estudiantes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externos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; el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programa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de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actividades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deberá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ser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acorde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a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los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objetivos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 xml:space="preserve"> del </w:t>
            </w:r>
            <w:proofErr w:type="spellStart"/>
            <w:r w:rsidRPr="003362A5">
              <w:rPr>
                <w:rFonts w:ascii="Arial" w:hAnsi="Arial" w:cs="Arial"/>
                <w:sz w:val="16"/>
              </w:rPr>
              <w:t>proyecto</w:t>
            </w:r>
            <w:proofErr w:type="spellEnd"/>
            <w:r w:rsidRPr="003362A5">
              <w:rPr>
                <w:rFonts w:ascii="Arial" w:hAnsi="Arial" w:cs="Arial"/>
                <w:sz w:val="16"/>
              </w:rPr>
              <w:t>).</w:t>
            </w:r>
          </w:p>
        </w:tc>
      </w:tr>
      <w:tr w:rsidR="00057101" w:rsidRPr="003362A5" w14:paraId="063A6872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310DA" w14:textId="24127AD3" w:rsidR="00057101" w:rsidRPr="003362A5" w:rsidRDefault="00CA2612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3362A5">
              <w:rPr>
                <w:rFonts w:ascii="Arial" w:hAnsi="Arial" w:cs="Arial"/>
                <w:sz w:val="20"/>
                <w:szCs w:val="28"/>
              </w:rPr>
              <w:t>¿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Cuenta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 xml:space="preserve"> con 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algún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apoyo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económico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 xml:space="preserve"> para la 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actividad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 xml:space="preserve">?     </w:t>
            </w:r>
            <w:r w:rsidRPr="003362A5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3362A5">
              <w:rPr>
                <w:rFonts w:ascii="Arial" w:hAnsi="Arial" w:cs="Arial"/>
                <w:sz w:val="20"/>
                <w:szCs w:val="28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sz w:val="20"/>
                <w:szCs w:val="28"/>
              </w:rPr>
              <w:t>Sí</w:t>
            </w:r>
            <w:proofErr w:type="spellEnd"/>
            <w:r w:rsidRPr="003362A5">
              <w:rPr>
                <w:rFonts w:ascii="Arial" w:hAnsi="Arial" w:cs="Arial"/>
                <w:sz w:val="20"/>
                <w:szCs w:val="28"/>
              </w:rPr>
              <w:t xml:space="preserve">     </w:t>
            </w:r>
            <w:r w:rsidRPr="003362A5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3362A5">
              <w:rPr>
                <w:rFonts w:ascii="Arial" w:hAnsi="Arial" w:cs="Arial"/>
                <w:sz w:val="20"/>
                <w:szCs w:val="28"/>
              </w:rPr>
              <w:t xml:space="preserve"> No</w:t>
            </w:r>
          </w:p>
        </w:tc>
      </w:tr>
    </w:tbl>
    <w:p w14:paraId="6060114A" w14:textId="77777777" w:rsidR="00057101" w:rsidRPr="003362A5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pPr w:leftFromText="141" w:rightFromText="141" w:vertAnchor="text" w:horzAnchor="margin" w:tblpY="169"/>
        <w:tblW w:w="0" w:type="auto"/>
        <w:tblLayout w:type="fixed"/>
        <w:tblLook w:val="04A0" w:firstRow="1" w:lastRow="0" w:firstColumn="1" w:lastColumn="0" w:noHBand="0" w:noVBand="1"/>
      </w:tblPr>
      <w:tblGrid>
        <w:gridCol w:w="10656"/>
      </w:tblGrid>
      <w:tr w:rsidR="00AF6352" w:rsidRPr="00AF6352" w14:paraId="1C4636C8" w14:textId="77777777" w:rsidTr="00AF6352">
        <w:tc>
          <w:tcPr>
            <w:tcW w:w="10656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0DF393" w14:textId="77777777" w:rsidR="00AF6352" w:rsidRPr="00AF6352" w:rsidRDefault="00AF6352" w:rsidP="00AF6352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b/>
                <w:color w:val="FFFFFF"/>
                <w:sz w:val="20"/>
                <w:szCs w:val="24"/>
              </w:rPr>
              <w:t>3. PROGRAMA DE ACTIVIDADES</w:t>
            </w:r>
          </w:p>
        </w:tc>
      </w:tr>
    </w:tbl>
    <w:p w14:paraId="64382C17" w14:textId="75D515FA" w:rsidR="00057101" w:rsidRPr="003362A5" w:rsidRDefault="00000000" w:rsidP="00AF6352">
      <w:pPr>
        <w:rPr>
          <w:rFonts w:ascii="Arial" w:hAnsi="Arial" w:cs="Arial"/>
          <w:sz w:val="18"/>
          <w:szCs w:val="24"/>
        </w:rPr>
      </w:pPr>
      <w:r w:rsidRPr="003362A5">
        <w:rPr>
          <w:rFonts w:ascii="Arial" w:hAnsi="Arial" w:cs="Arial"/>
          <w:sz w:val="20"/>
          <w:szCs w:val="28"/>
        </w:rPr>
        <w:t xml:space="preserve">Registre las </w:t>
      </w:r>
      <w:proofErr w:type="spellStart"/>
      <w:r w:rsidRPr="003362A5">
        <w:rPr>
          <w:rFonts w:ascii="Arial" w:hAnsi="Arial" w:cs="Arial"/>
          <w:sz w:val="20"/>
          <w:szCs w:val="28"/>
        </w:rPr>
        <w:t>actividades</w:t>
      </w:r>
      <w:proofErr w:type="spellEnd"/>
      <w:r w:rsidRPr="003362A5">
        <w:rPr>
          <w:rFonts w:ascii="Arial" w:hAnsi="Arial" w:cs="Arial"/>
          <w:sz w:val="20"/>
          <w:szCs w:val="28"/>
        </w:rPr>
        <w:t xml:space="preserve">, </w:t>
      </w:r>
      <w:proofErr w:type="spellStart"/>
      <w:r w:rsidRPr="003362A5">
        <w:rPr>
          <w:rFonts w:ascii="Arial" w:hAnsi="Arial" w:cs="Arial"/>
          <w:sz w:val="20"/>
          <w:szCs w:val="28"/>
        </w:rPr>
        <w:t>su</w:t>
      </w:r>
      <w:proofErr w:type="spellEnd"/>
      <w:r w:rsidRPr="003362A5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3362A5">
        <w:rPr>
          <w:rFonts w:ascii="Arial" w:hAnsi="Arial" w:cs="Arial"/>
          <w:sz w:val="20"/>
          <w:szCs w:val="28"/>
        </w:rPr>
        <w:t>descripción</w:t>
      </w:r>
      <w:proofErr w:type="spellEnd"/>
      <w:r w:rsidRPr="003362A5">
        <w:rPr>
          <w:rFonts w:ascii="Arial" w:hAnsi="Arial" w:cs="Arial"/>
          <w:sz w:val="20"/>
          <w:szCs w:val="28"/>
        </w:rPr>
        <w:t xml:space="preserve">, </w:t>
      </w:r>
      <w:proofErr w:type="spellStart"/>
      <w:r w:rsidRPr="003362A5">
        <w:rPr>
          <w:rFonts w:ascii="Arial" w:hAnsi="Arial" w:cs="Arial"/>
          <w:sz w:val="20"/>
          <w:szCs w:val="28"/>
        </w:rPr>
        <w:t>lugar</w:t>
      </w:r>
      <w:proofErr w:type="spellEnd"/>
      <w:r w:rsidRPr="003362A5">
        <w:rPr>
          <w:rFonts w:ascii="Arial" w:hAnsi="Arial" w:cs="Arial"/>
          <w:sz w:val="20"/>
          <w:szCs w:val="28"/>
        </w:rPr>
        <w:t xml:space="preserve"> o </w:t>
      </w:r>
      <w:proofErr w:type="spellStart"/>
      <w:r w:rsidRPr="003362A5">
        <w:rPr>
          <w:rFonts w:ascii="Arial" w:hAnsi="Arial" w:cs="Arial"/>
          <w:sz w:val="20"/>
          <w:szCs w:val="28"/>
        </w:rPr>
        <w:t>área</w:t>
      </w:r>
      <w:proofErr w:type="spellEnd"/>
      <w:r w:rsidRPr="003362A5">
        <w:rPr>
          <w:rFonts w:ascii="Arial" w:hAnsi="Arial" w:cs="Arial"/>
          <w:sz w:val="20"/>
          <w:szCs w:val="28"/>
        </w:rPr>
        <w:t xml:space="preserve"> y </w:t>
      </w:r>
      <w:proofErr w:type="spellStart"/>
      <w:r w:rsidRPr="003362A5">
        <w:rPr>
          <w:rFonts w:ascii="Arial" w:hAnsi="Arial" w:cs="Arial"/>
          <w:sz w:val="20"/>
          <w:szCs w:val="28"/>
        </w:rPr>
        <w:t>periodo</w:t>
      </w:r>
      <w:proofErr w:type="spellEnd"/>
      <w:r w:rsidRPr="003362A5">
        <w:rPr>
          <w:rFonts w:ascii="Arial" w:hAnsi="Arial" w:cs="Arial"/>
          <w:sz w:val="20"/>
          <w:szCs w:val="28"/>
        </w:rPr>
        <w:t>/</w:t>
      </w:r>
      <w:proofErr w:type="spellStart"/>
      <w:r w:rsidRPr="003362A5">
        <w:rPr>
          <w:rFonts w:ascii="Arial" w:hAnsi="Arial" w:cs="Arial"/>
          <w:sz w:val="20"/>
          <w:szCs w:val="28"/>
        </w:rPr>
        <w:t>fecha</w:t>
      </w:r>
      <w:proofErr w:type="spellEnd"/>
      <w:r w:rsidRPr="003362A5">
        <w:rPr>
          <w:rFonts w:ascii="Arial" w:hAnsi="Arial" w:cs="Arial"/>
          <w:sz w:val="20"/>
          <w:szCs w:val="28"/>
        </w:rPr>
        <w:t xml:space="preserve"> de </w:t>
      </w:r>
      <w:proofErr w:type="spellStart"/>
      <w:r w:rsidRPr="003362A5">
        <w:rPr>
          <w:rFonts w:ascii="Arial" w:hAnsi="Arial" w:cs="Arial"/>
          <w:sz w:val="20"/>
          <w:szCs w:val="28"/>
        </w:rPr>
        <w:t>ejecución</w:t>
      </w:r>
      <w:proofErr w:type="spellEnd"/>
      <w:r w:rsidRPr="003362A5">
        <w:rPr>
          <w:rFonts w:ascii="Arial" w:hAnsi="Arial" w:cs="Arial"/>
          <w:sz w:val="20"/>
          <w:szCs w:val="28"/>
        </w:rPr>
        <w:t>.</w:t>
      </w: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3816"/>
        <w:gridCol w:w="2664"/>
        <w:gridCol w:w="2880"/>
      </w:tblGrid>
      <w:tr w:rsidR="00057101" w:rsidRPr="00AF6352" w14:paraId="24C12131" w14:textId="77777777">
        <w:trPr>
          <w:tblHeader/>
          <w:jc w:val="center"/>
        </w:trPr>
        <w:tc>
          <w:tcPr>
            <w:tcW w:w="2664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0541B" w14:textId="77777777" w:rsidR="00057101" w:rsidRPr="003362A5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3362A5">
              <w:rPr>
                <w:rFonts w:ascii="Arial" w:hAnsi="Arial" w:cs="Arial"/>
                <w:b/>
                <w:color w:val="FFFFFF"/>
                <w:sz w:val="20"/>
                <w:szCs w:val="28"/>
              </w:rPr>
              <w:t>ACTIVIDAD</w:t>
            </w:r>
          </w:p>
        </w:tc>
        <w:tc>
          <w:tcPr>
            <w:tcW w:w="2664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78346" w14:textId="1FE024FC" w:rsidR="00057101" w:rsidRPr="003362A5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3362A5">
              <w:rPr>
                <w:rFonts w:ascii="Arial" w:hAnsi="Arial" w:cs="Arial"/>
                <w:b/>
                <w:color w:val="FFFFFF"/>
                <w:sz w:val="20"/>
                <w:szCs w:val="28"/>
              </w:rPr>
              <w:t>DESCRIPCIÓN</w:t>
            </w:r>
          </w:p>
        </w:tc>
        <w:tc>
          <w:tcPr>
            <w:tcW w:w="2664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3EAC0" w14:textId="77777777" w:rsidR="00057101" w:rsidRPr="003362A5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3362A5">
              <w:rPr>
                <w:rFonts w:ascii="Arial" w:hAnsi="Arial" w:cs="Arial"/>
                <w:b/>
                <w:color w:val="FFFFFF"/>
                <w:sz w:val="20"/>
                <w:szCs w:val="28"/>
              </w:rPr>
              <w:t>LUGAR/ÁREA</w:t>
            </w:r>
          </w:p>
        </w:tc>
        <w:tc>
          <w:tcPr>
            <w:tcW w:w="2664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184D1" w14:textId="77777777" w:rsidR="00057101" w:rsidRPr="003362A5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3362A5">
              <w:rPr>
                <w:rFonts w:ascii="Arial" w:hAnsi="Arial" w:cs="Arial"/>
                <w:b/>
                <w:color w:val="FFFFFF"/>
                <w:sz w:val="20"/>
                <w:szCs w:val="28"/>
              </w:rPr>
              <w:t>PERIODO/FECHA DE EJECUCIÓN</w:t>
            </w:r>
          </w:p>
        </w:tc>
      </w:tr>
      <w:tr w:rsidR="00057101" w:rsidRPr="00AF6352" w14:paraId="724C248C" w14:textId="77777777">
        <w:trPr>
          <w:jc w:val="center"/>
        </w:trPr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3116C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1. __________________</w:t>
            </w:r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2B208" w14:textId="77777777" w:rsidR="00057101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______________________________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______________________________</w:t>
            </w:r>
          </w:p>
          <w:p w14:paraId="7C600DAF" w14:textId="10772160" w:rsidR="003362A5" w:rsidRPr="00AF6352" w:rsidRDefault="003362A5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F9EE49" w14:textId="298D747E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______</w:t>
            </w:r>
            <w:r w:rsidRPr="00AF6352">
              <w:rPr>
                <w:rFonts w:ascii="Arial" w:hAnsi="Arial" w:cs="Arial"/>
                <w:sz w:val="18"/>
                <w:szCs w:val="24"/>
              </w:rPr>
              <w:t>_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715CD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____/____/____ al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____/____/____</w:t>
            </w:r>
          </w:p>
        </w:tc>
      </w:tr>
      <w:tr w:rsidR="00057101" w:rsidRPr="00AF6352" w14:paraId="0ED77398" w14:textId="77777777">
        <w:trPr>
          <w:jc w:val="center"/>
        </w:trPr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30F36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2. __________________</w:t>
            </w:r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945FA" w14:textId="77777777" w:rsidR="00057101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______________________________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______________________________</w:t>
            </w:r>
          </w:p>
          <w:p w14:paraId="520B6A4D" w14:textId="77777777" w:rsidR="003362A5" w:rsidRPr="00AF6352" w:rsidRDefault="003362A5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9E42A" w14:textId="3268C5F0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______</w:t>
            </w:r>
            <w:r w:rsidRPr="00AF6352">
              <w:rPr>
                <w:rFonts w:ascii="Arial" w:hAnsi="Arial" w:cs="Arial"/>
                <w:sz w:val="18"/>
                <w:szCs w:val="24"/>
              </w:rPr>
              <w:t>_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2F113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____/____/____ al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____/____/____</w:t>
            </w:r>
          </w:p>
        </w:tc>
      </w:tr>
      <w:tr w:rsidR="00057101" w:rsidRPr="00AF6352" w14:paraId="5630064F" w14:textId="77777777">
        <w:trPr>
          <w:jc w:val="center"/>
        </w:trPr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A5446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3. __________________</w:t>
            </w:r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95ECE" w14:textId="77777777" w:rsidR="00057101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</w:t>
            </w:r>
            <w:r w:rsidRPr="00AF6352">
              <w:rPr>
                <w:rFonts w:ascii="Arial" w:hAnsi="Arial" w:cs="Arial"/>
                <w:sz w:val="18"/>
                <w:szCs w:val="24"/>
              </w:rPr>
              <w:t>_____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_________________________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</w:t>
            </w:r>
            <w:r w:rsidRPr="00AF6352">
              <w:rPr>
                <w:rFonts w:ascii="Arial" w:hAnsi="Arial" w:cs="Arial"/>
                <w:sz w:val="18"/>
                <w:szCs w:val="24"/>
              </w:rPr>
              <w:t>_____</w:t>
            </w:r>
          </w:p>
          <w:p w14:paraId="41FFFB43" w14:textId="39A3ABB1" w:rsidR="003362A5" w:rsidRPr="00AF6352" w:rsidRDefault="003362A5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5720AB" w14:textId="360BB0BA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______</w:t>
            </w:r>
            <w:r w:rsidRPr="00AF6352">
              <w:rPr>
                <w:rFonts w:ascii="Arial" w:hAnsi="Arial" w:cs="Arial"/>
                <w:sz w:val="18"/>
                <w:szCs w:val="24"/>
              </w:rPr>
              <w:t>__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8D061A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____/____/____ al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____/____/____</w:t>
            </w:r>
          </w:p>
        </w:tc>
      </w:tr>
      <w:tr w:rsidR="00057101" w:rsidRPr="00AF6352" w14:paraId="26A65FB5" w14:textId="77777777">
        <w:trPr>
          <w:jc w:val="center"/>
        </w:trPr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EF013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4. __________________</w:t>
            </w:r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F0D8F" w14:textId="77777777" w:rsidR="00057101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</w:t>
            </w:r>
            <w:r w:rsidRPr="00AF6352">
              <w:rPr>
                <w:rFonts w:ascii="Arial" w:hAnsi="Arial" w:cs="Arial"/>
                <w:sz w:val="18"/>
                <w:szCs w:val="24"/>
              </w:rPr>
              <w:t>___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______________________________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</w:t>
            </w:r>
          </w:p>
          <w:p w14:paraId="39FCC78B" w14:textId="0517319A" w:rsidR="003362A5" w:rsidRPr="00AF6352" w:rsidRDefault="003362A5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FF3A4" w14:textId="4542E464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</w:t>
            </w:r>
            <w:r w:rsidR="003362A5">
              <w:rPr>
                <w:rFonts w:ascii="Arial" w:hAnsi="Arial" w:cs="Arial"/>
                <w:sz w:val="18"/>
                <w:szCs w:val="24"/>
              </w:rPr>
              <w:t>______</w:t>
            </w:r>
            <w:r w:rsidRPr="00AF6352">
              <w:rPr>
                <w:rFonts w:ascii="Arial" w:hAnsi="Arial" w:cs="Arial"/>
                <w:sz w:val="18"/>
                <w:szCs w:val="24"/>
              </w:rPr>
              <w:t>__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2B3BF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____/____/____ al</w:t>
            </w:r>
            <w:r w:rsidRPr="00AF6352">
              <w:rPr>
                <w:rFonts w:ascii="Arial" w:hAnsi="Arial" w:cs="Arial"/>
                <w:sz w:val="18"/>
                <w:szCs w:val="24"/>
              </w:rPr>
              <w:br/>
              <w:t>____/____/____</w:t>
            </w:r>
          </w:p>
        </w:tc>
      </w:tr>
    </w:tbl>
    <w:p w14:paraId="57B27ADE" w14:textId="1983842B" w:rsidR="00057101" w:rsidRPr="00AF6352" w:rsidRDefault="00057101">
      <w:pPr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7C0914BB" w14:textId="77777777">
        <w:trPr>
          <w:jc w:val="center"/>
        </w:trPr>
        <w:tc>
          <w:tcPr>
            <w:tcW w:w="10656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087DD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b/>
                <w:color w:val="FFFFFF"/>
                <w:sz w:val="20"/>
                <w:szCs w:val="24"/>
              </w:rPr>
              <w:t>4. FIRMAS</w:t>
            </w:r>
          </w:p>
        </w:tc>
      </w:tr>
    </w:tbl>
    <w:p w14:paraId="036D360F" w14:textId="77777777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57101" w:rsidRPr="00AF6352" w14:paraId="027679D6" w14:textId="77777777">
        <w:trPr>
          <w:jc w:val="center"/>
        </w:trPr>
        <w:tc>
          <w:tcPr>
            <w:tcW w:w="532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F9520" w14:textId="77777777" w:rsidR="00057101" w:rsidRPr="003362A5" w:rsidRDefault="00000000">
            <w:pPr>
              <w:spacing w:before="460" w:after="80"/>
              <w:jc w:val="center"/>
              <w:rPr>
                <w:rFonts w:ascii="Arial" w:hAnsi="Arial" w:cs="Arial"/>
                <w:color w:val="000000" w:themeColor="text1"/>
                <w:sz w:val="20"/>
                <w:szCs w:val="28"/>
              </w:rPr>
            </w:pP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____________________________________</w:t>
            </w: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br/>
              <w:t xml:space="preserve">Nombre y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firma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 xml:space="preserve"> del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estudiante</w:t>
            </w:r>
            <w:proofErr w:type="spellEnd"/>
          </w:p>
        </w:tc>
        <w:tc>
          <w:tcPr>
            <w:tcW w:w="532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89E87" w14:textId="77777777" w:rsidR="00057101" w:rsidRPr="003362A5" w:rsidRDefault="00000000">
            <w:pPr>
              <w:spacing w:before="460" w:after="80"/>
              <w:jc w:val="center"/>
              <w:rPr>
                <w:rFonts w:ascii="Arial" w:hAnsi="Arial" w:cs="Arial"/>
                <w:color w:val="000000" w:themeColor="text1"/>
                <w:sz w:val="20"/>
                <w:szCs w:val="28"/>
              </w:rPr>
            </w:pP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____________________________________</w:t>
            </w: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br/>
              <w:t xml:space="preserve">Nombre y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firma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 xml:space="preserve"> del/a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asesor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/a</w:t>
            </w:r>
          </w:p>
        </w:tc>
      </w:tr>
      <w:tr w:rsidR="00057101" w:rsidRPr="00AF6352" w14:paraId="2497E62E" w14:textId="77777777">
        <w:trPr>
          <w:jc w:val="center"/>
        </w:trPr>
        <w:tc>
          <w:tcPr>
            <w:tcW w:w="532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CC396" w14:textId="5DC284BB" w:rsidR="00057101" w:rsidRPr="003362A5" w:rsidRDefault="00000000">
            <w:pPr>
              <w:spacing w:before="460" w:after="80"/>
              <w:jc w:val="center"/>
              <w:rPr>
                <w:rFonts w:ascii="Arial" w:hAnsi="Arial" w:cs="Arial"/>
                <w:color w:val="000000" w:themeColor="text1"/>
                <w:sz w:val="20"/>
                <w:szCs w:val="28"/>
              </w:rPr>
            </w:pP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____________________________________</w:t>
            </w: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br/>
              <w:t xml:space="preserve">Nombre y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firma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 xml:space="preserve"> del Director del Proyecto (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si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 xml:space="preserve">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aplica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)</w:t>
            </w:r>
          </w:p>
        </w:tc>
        <w:tc>
          <w:tcPr>
            <w:tcW w:w="532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817DA" w14:textId="77777777" w:rsidR="00057101" w:rsidRPr="003362A5" w:rsidRDefault="00000000">
            <w:pPr>
              <w:spacing w:before="460" w:after="80"/>
              <w:jc w:val="center"/>
              <w:rPr>
                <w:rFonts w:ascii="Arial" w:hAnsi="Arial" w:cs="Arial"/>
                <w:color w:val="000000" w:themeColor="text1"/>
                <w:sz w:val="20"/>
                <w:szCs w:val="28"/>
              </w:rPr>
            </w:pP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____________________________________</w:t>
            </w: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br/>
              <w:t xml:space="preserve">Nombre y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firma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 xml:space="preserve"> del/a Jefe/a de Laboratorio</w:t>
            </w:r>
          </w:p>
        </w:tc>
      </w:tr>
    </w:tbl>
    <w:tbl>
      <w:tblPr>
        <w:tblW w:w="0" w:type="auto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ook w:val="04A0" w:firstRow="1" w:lastRow="0" w:firstColumn="1" w:lastColumn="0" w:noHBand="0" w:noVBand="1"/>
      </w:tblPr>
      <w:tblGrid>
        <w:gridCol w:w="10656"/>
      </w:tblGrid>
      <w:tr w:rsidR="00057101" w:rsidRPr="003362A5" w14:paraId="57BF03F9" w14:textId="77777777">
        <w:tc>
          <w:tcPr>
            <w:tcW w:w="10656" w:type="dxa"/>
          </w:tcPr>
          <w:p w14:paraId="72664055" w14:textId="4601A8BF" w:rsidR="00057101" w:rsidRPr="003362A5" w:rsidRDefault="00000000">
            <w:pPr>
              <w:spacing w:before="400" w:after="80"/>
              <w:jc w:val="center"/>
              <w:rPr>
                <w:rFonts w:ascii="Arial" w:hAnsi="Arial" w:cs="Arial"/>
                <w:color w:val="000000" w:themeColor="text1"/>
                <w:sz w:val="20"/>
                <w:szCs w:val="28"/>
              </w:rPr>
            </w:pP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____________________________________________</w:t>
            </w:r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br/>
              <w:t xml:space="preserve">Nombre y </w:t>
            </w:r>
            <w:proofErr w:type="spellStart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>firma</w:t>
            </w:r>
            <w:proofErr w:type="spellEnd"/>
            <w:r w:rsidRPr="003362A5">
              <w:rPr>
                <w:rFonts w:ascii="Arial" w:hAnsi="Arial" w:cs="Arial"/>
                <w:color w:val="000000" w:themeColor="text1"/>
                <w:sz w:val="20"/>
                <w:szCs w:val="28"/>
              </w:rPr>
              <w:t xml:space="preserve"> del/a Jefe/a de Departamento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3362A5" w14:paraId="189DB12D" w14:textId="77777777">
        <w:trPr>
          <w:jc w:val="center"/>
        </w:trPr>
        <w:tc>
          <w:tcPr>
            <w:tcW w:w="10656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8547A" w14:textId="10A4B425" w:rsidR="00057101" w:rsidRPr="003362A5" w:rsidRDefault="00000000">
            <w:pPr>
              <w:spacing w:after="0"/>
              <w:rPr>
                <w:rFonts w:ascii="Arial" w:hAnsi="Arial" w:cs="Arial"/>
                <w:sz w:val="20"/>
                <w:szCs w:val="28"/>
              </w:rPr>
            </w:pPr>
            <w:r w:rsidRPr="003362A5">
              <w:rPr>
                <w:rFonts w:ascii="Arial" w:hAnsi="Arial" w:cs="Arial"/>
                <w:b/>
                <w:color w:val="FFFFFF"/>
                <w:sz w:val="22"/>
                <w:szCs w:val="28"/>
              </w:rPr>
              <w:t xml:space="preserve">5. </w:t>
            </w:r>
            <w:r w:rsidRPr="003362A5">
              <w:rPr>
                <w:rFonts w:ascii="Arial" w:hAnsi="Arial" w:cs="Arial"/>
                <w:b/>
                <w:color w:val="FFFFFF"/>
                <w:sz w:val="20"/>
                <w:szCs w:val="24"/>
              </w:rPr>
              <w:t>CONVENIO CON LA INSTITUCIÓN (LLENADO POR UPIS)</w:t>
            </w:r>
          </w:p>
        </w:tc>
      </w:tr>
    </w:tbl>
    <w:p w14:paraId="74A2D18D" w14:textId="77777777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p w14:paraId="254E15FF" w14:textId="77777777" w:rsidR="00057101" w:rsidRPr="003362A5" w:rsidRDefault="00000000">
      <w:pPr>
        <w:spacing w:before="60" w:after="100"/>
        <w:rPr>
          <w:rFonts w:ascii="Arial" w:hAnsi="Arial" w:cs="Arial"/>
          <w:sz w:val="20"/>
          <w:szCs w:val="28"/>
        </w:rPr>
      </w:pPr>
      <w:r w:rsidRPr="003362A5">
        <w:rPr>
          <w:rFonts w:ascii="Arial" w:hAnsi="Arial" w:cs="Arial"/>
          <w:sz w:val="20"/>
          <w:szCs w:val="28"/>
        </w:rPr>
        <w:t xml:space="preserve">¿Existe convenio con la institución?     </w:t>
      </w:r>
      <w:r w:rsidRPr="003362A5">
        <w:rPr>
          <w:rFonts w:ascii="Segoe UI Symbol" w:hAnsi="Segoe UI Symbol" w:cs="Segoe UI Symbol"/>
          <w:sz w:val="20"/>
          <w:szCs w:val="28"/>
        </w:rPr>
        <w:t>☐</w:t>
      </w:r>
      <w:r w:rsidRPr="003362A5">
        <w:rPr>
          <w:rFonts w:ascii="Arial" w:hAnsi="Arial" w:cs="Arial"/>
          <w:sz w:val="20"/>
          <w:szCs w:val="28"/>
        </w:rPr>
        <w:t xml:space="preserve"> Sí     </w:t>
      </w:r>
      <w:r w:rsidRPr="003362A5">
        <w:rPr>
          <w:rFonts w:ascii="Segoe UI Symbol" w:hAnsi="Segoe UI Symbol" w:cs="Segoe UI Symbol"/>
          <w:sz w:val="20"/>
          <w:szCs w:val="28"/>
        </w:rPr>
        <w:t>☐</w:t>
      </w:r>
      <w:r w:rsidRPr="003362A5">
        <w:rPr>
          <w:rFonts w:ascii="Arial" w:hAnsi="Arial" w:cs="Arial"/>
          <w:sz w:val="20"/>
          <w:szCs w:val="28"/>
        </w:rPr>
        <w:t xml:space="preserve"> No     </w:t>
      </w:r>
      <w:r w:rsidRPr="003362A5">
        <w:rPr>
          <w:rFonts w:ascii="Segoe UI Symbol" w:hAnsi="Segoe UI Symbol" w:cs="Segoe UI Symbol"/>
          <w:sz w:val="20"/>
          <w:szCs w:val="28"/>
        </w:rPr>
        <w:t>☐</w:t>
      </w:r>
      <w:r w:rsidRPr="003362A5">
        <w:rPr>
          <w:rFonts w:ascii="Arial" w:hAnsi="Arial" w:cs="Arial"/>
          <w:sz w:val="20"/>
          <w:szCs w:val="28"/>
        </w:rPr>
        <w:t xml:space="preserve"> En trámite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26DF206A" w14:textId="77777777">
        <w:trPr>
          <w:jc w:val="center"/>
        </w:trPr>
        <w:tc>
          <w:tcPr>
            <w:tcW w:w="10656" w:type="dxa"/>
            <w:shd w:val="clear" w:color="auto" w:fill="80002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E9035" w14:textId="1A58D15C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b/>
                <w:color w:val="FFFFFF"/>
                <w:sz w:val="20"/>
                <w:szCs w:val="24"/>
              </w:rPr>
              <w:t>6. OBSERVACIONES / COMENTARIOS</w:t>
            </w:r>
          </w:p>
        </w:tc>
      </w:tr>
    </w:tbl>
    <w:p w14:paraId="58EB5035" w14:textId="77777777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tbl>
      <w:tblPr>
        <w:tblW w:w="0" w:type="auto"/>
        <w:jc w:val="center"/>
        <w:tblBorders>
          <w:top w:val="single" w:sz="6" w:space="0" w:color="D8B7C0"/>
          <w:left w:val="single" w:sz="6" w:space="0" w:color="D8B7C0"/>
          <w:bottom w:val="single" w:sz="6" w:space="0" w:color="D8B7C0"/>
          <w:right w:val="single" w:sz="6" w:space="0" w:color="D8B7C0"/>
          <w:insideH w:val="single" w:sz="6" w:space="0" w:color="D8B7C0"/>
          <w:insideV w:val="single" w:sz="6" w:space="0" w:color="D8B7C0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057101" w:rsidRPr="00AF6352" w14:paraId="44A5C177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0E8F4" w14:textId="0763B4E1" w:rsidR="003362A5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__________________________________________________________________________________________________________________</w:t>
            </w:r>
          </w:p>
        </w:tc>
      </w:tr>
      <w:tr w:rsidR="00057101" w:rsidRPr="00AF6352" w14:paraId="487A3895" w14:textId="77777777">
        <w:trPr>
          <w:jc w:val="center"/>
        </w:trPr>
        <w:tc>
          <w:tcPr>
            <w:tcW w:w="106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CEE0D" w14:textId="77777777" w:rsidR="00057101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________________________________________________________________________________________________________</w:t>
            </w:r>
          </w:p>
          <w:p w14:paraId="25FBD07E" w14:textId="271CED23" w:rsidR="003362A5" w:rsidRPr="00AF6352" w:rsidRDefault="003362A5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</w:p>
        </w:tc>
      </w:tr>
      <w:tr w:rsidR="00057101" w:rsidRPr="00AF6352" w14:paraId="18F2C3EB" w14:textId="77777777">
        <w:trPr>
          <w:jc w:val="center"/>
        </w:trPr>
        <w:tc>
          <w:tcPr>
            <w:tcW w:w="10656" w:type="dxa"/>
            <w:shd w:val="clear" w:color="auto" w:fill="FAF3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9788F" w14:textId="77777777" w:rsidR="00057101" w:rsidRPr="00AF6352" w:rsidRDefault="00000000">
            <w:pPr>
              <w:spacing w:after="0"/>
              <w:rPr>
                <w:rFonts w:ascii="Arial" w:hAnsi="Arial" w:cs="Arial"/>
                <w:sz w:val="18"/>
                <w:szCs w:val="24"/>
              </w:rPr>
            </w:pPr>
            <w:r w:rsidRPr="00AF6352">
              <w:rPr>
                <w:rFonts w:ascii="Arial" w:hAnsi="Arial" w:cs="Arial"/>
                <w:sz w:val="18"/>
                <w:szCs w:val="24"/>
              </w:rPr>
              <w:t>__________________________________________________________________________________________________________________</w:t>
            </w:r>
          </w:p>
        </w:tc>
      </w:tr>
    </w:tbl>
    <w:p w14:paraId="3452CA2A" w14:textId="541B58B5" w:rsidR="00057101" w:rsidRPr="00AF6352" w:rsidRDefault="00057101">
      <w:pPr>
        <w:spacing w:after="0"/>
        <w:rPr>
          <w:rFonts w:ascii="Arial" w:hAnsi="Arial" w:cs="Arial"/>
          <w:sz w:val="18"/>
          <w:szCs w:val="24"/>
        </w:rPr>
      </w:pPr>
    </w:p>
    <w:sectPr w:rsidR="00057101" w:rsidRPr="00AF6352" w:rsidSect="00034616">
      <w:footerReference w:type="default" r:id="rId10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138BF" w14:textId="77777777" w:rsidR="00513C21" w:rsidRDefault="00513C21">
      <w:pPr>
        <w:spacing w:after="0"/>
      </w:pPr>
      <w:r>
        <w:separator/>
      </w:r>
    </w:p>
  </w:endnote>
  <w:endnote w:type="continuationSeparator" w:id="0">
    <w:p w14:paraId="2DD550A6" w14:textId="77777777" w:rsidR="00513C21" w:rsidRDefault="00513C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8DC6" w14:textId="77777777" w:rsidR="00057101" w:rsidRDefault="00000000">
    <w:pPr>
      <w:pStyle w:val="Piedepgina"/>
      <w:spacing w:before="40"/>
      <w:jc w:val="center"/>
    </w:pPr>
    <w:proofErr w:type="gramStart"/>
    <w:r>
      <w:rPr>
        <w:color w:val="667085"/>
        <w:sz w:val="14"/>
      </w:rPr>
      <w:t>CEPROBI  |</w:t>
    </w:r>
    <w:proofErr w:type="gramEnd"/>
    <w:r>
      <w:rPr>
        <w:color w:val="667085"/>
        <w:sz w:val="14"/>
      </w:rPr>
      <w:t xml:space="preserve">  UNIDAD POLITÉCNICA DE INTEGRACIÓN SOCIAL (UPIS)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0DDA7" w14:textId="77777777" w:rsidR="00513C21" w:rsidRDefault="00513C21">
      <w:pPr>
        <w:spacing w:after="0"/>
      </w:pPr>
      <w:r>
        <w:separator/>
      </w:r>
    </w:p>
  </w:footnote>
  <w:footnote w:type="continuationSeparator" w:id="0">
    <w:p w14:paraId="6A4298C1" w14:textId="77777777" w:rsidR="00513C21" w:rsidRDefault="00513C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5562643">
    <w:abstractNumId w:val="8"/>
  </w:num>
  <w:num w:numId="2" w16cid:durableId="1995135892">
    <w:abstractNumId w:val="6"/>
  </w:num>
  <w:num w:numId="3" w16cid:durableId="76288025">
    <w:abstractNumId w:val="5"/>
  </w:num>
  <w:num w:numId="4" w16cid:durableId="732898301">
    <w:abstractNumId w:val="4"/>
  </w:num>
  <w:num w:numId="5" w16cid:durableId="751583984">
    <w:abstractNumId w:val="7"/>
  </w:num>
  <w:num w:numId="6" w16cid:durableId="808982582">
    <w:abstractNumId w:val="3"/>
  </w:num>
  <w:num w:numId="7" w16cid:durableId="1436901172">
    <w:abstractNumId w:val="2"/>
  </w:num>
  <w:num w:numId="8" w16cid:durableId="205221035">
    <w:abstractNumId w:val="1"/>
  </w:num>
  <w:num w:numId="9" w16cid:durableId="110395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C86"/>
    <w:rsid w:val="00034616"/>
    <w:rsid w:val="00057101"/>
    <w:rsid w:val="0006063C"/>
    <w:rsid w:val="00093E10"/>
    <w:rsid w:val="0015074B"/>
    <w:rsid w:val="0029639D"/>
    <w:rsid w:val="00322D71"/>
    <w:rsid w:val="00326F90"/>
    <w:rsid w:val="003362A5"/>
    <w:rsid w:val="00513C21"/>
    <w:rsid w:val="005A1A54"/>
    <w:rsid w:val="00603FB0"/>
    <w:rsid w:val="008C130B"/>
    <w:rsid w:val="009153C6"/>
    <w:rsid w:val="00AA1D8D"/>
    <w:rsid w:val="00AF6352"/>
    <w:rsid w:val="00B47730"/>
    <w:rsid w:val="00CA2612"/>
    <w:rsid w:val="00CB0664"/>
    <w:rsid w:val="00F55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B15701"/>
  <w14:defaultImageDpi w14:val="300"/>
  <w15:docId w15:val="{2E5D2489-789F-4D7F-A9C9-F4BA7C5E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color w:val="232D37"/>
      <w:sz w:val="17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646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fabys r</cp:lastModifiedBy>
  <cp:revision>7</cp:revision>
  <cp:lastPrinted>2026-10-26T17:25:00Z</cp:lastPrinted>
  <dcterms:created xsi:type="dcterms:W3CDTF">2013-12-23T23:15:00Z</dcterms:created>
  <dcterms:modified xsi:type="dcterms:W3CDTF">2026-10-27T15:08:00Z</dcterms:modified>
  <cp:category/>
</cp:coreProperties>
</file>